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1238A" w14:textId="77777777" w:rsidR="00A626BA" w:rsidRPr="00A96D6A" w:rsidRDefault="00000000" w:rsidP="00155524">
      <w:pPr>
        <w:pBdr>
          <w:top w:val="single" w:sz="4" w:space="1" w:color="auto"/>
          <w:left w:val="single" w:sz="4" w:space="4" w:color="auto"/>
          <w:bottom w:val="single" w:sz="4" w:space="1" w:color="auto"/>
          <w:right w:val="single" w:sz="4" w:space="4" w:color="auto"/>
        </w:pBdr>
        <w:jc w:val="center"/>
        <w:rPr>
          <w:rFonts w:cs="Arial"/>
          <w:sz w:val="20"/>
          <w:szCs w:val="20"/>
        </w:rPr>
      </w:pPr>
      <w:r w:rsidRPr="00A96D6A">
        <w:rPr>
          <w:rFonts w:cs="Arial"/>
          <w:b/>
          <w:sz w:val="20"/>
          <w:szCs w:val="20"/>
        </w:rPr>
        <w:t>ACUERDO ESCRITO DE ACUMULACIÓN DE DESCANSO VACACIONAL</w:t>
      </w:r>
    </w:p>
    <w:p w14:paraId="351184C9" w14:textId="77777777" w:rsidR="00A626BA" w:rsidRPr="00A96D6A" w:rsidRDefault="00000000">
      <w:pPr>
        <w:rPr>
          <w:rFonts w:cs="Arial"/>
          <w:sz w:val="20"/>
          <w:szCs w:val="20"/>
        </w:rPr>
      </w:pPr>
      <w:proofErr w:type="spellStart"/>
      <w:r w:rsidRPr="00A96D6A">
        <w:rPr>
          <w:rFonts w:cs="Arial"/>
          <w:sz w:val="20"/>
          <w:szCs w:val="20"/>
        </w:rPr>
        <w:t>Conste</w:t>
      </w:r>
      <w:proofErr w:type="spellEnd"/>
      <w:r w:rsidRPr="00A96D6A">
        <w:rPr>
          <w:rFonts w:cs="Arial"/>
          <w:sz w:val="20"/>
          <w:szCs w:val="20"/>
        </w:rPr>
        <w:t xml:space="preserve"> </w:t>
      </w:r>
      <w:proofErr w:type="spellStart"/>
      <w:r w:rsidRPr="00A96D6A">
        <w:rPr>
          <w:rFonts w:cs="Arial"/>
          <w:sz w:val="20"/>
          <w:szCs w:val="20"/>
        </w:rPr>
        <w:t>por</w:t>
      </w:r>
      <w:proofErr w:type="spellEnd"/>
      <w:r w:rsidRPr="00A96D6A">
        <w:rPr>
          <w:rFonts w:cs="Arial"/>
          <w:sz w:val="20"/>
          <w:szCs w:val="20"/>
        </w:rPr>
        <w:t xml:space="preserve"> </w:t>
      </w:r>
      <w:proofErr w:type="spellStart"/>
      <w:r w:rsidRPr="00A96D6A">
        <w:rPr>
          <w:rFonts w:cs="Arial"/>
          <w:sz w:val="20"/>
          <w:szCs w:val="20"/>
        </w:rPr>
        <w:t>el</w:t>
      </w:r>
      <w:proofErr w:type="spellEnd"/>
      <w:r w:rsidRPr="00A96D6A">
        <w:rPr>
          <w:rFonts w:cs="Arial"/>
          <w:sz w:val="20"/>
          <w:szCs w:val="20"/>
        </w:rPr>
        <w:t xml:space="preserve"> </w:t>
      </w:r>
      <w:proofErr w:type="spellStart"/>
      <w:r w:rsidRPr="00A96D6A">
        <w:rPr>
          <w:rFonts w:cs="Arial"/>
          <w:sz w:val="20"/>
          <w:szCs w:val="20"/>
        </w:rPr>
        <w:t>presente</w:t>
      </w:r>
      <w:proofErr w:type="spellEnd"/>
      <w:r w:rsidRPr="00A96D6A">
        <w:rPr>
          <w:rFonts w:cs="Arial"/>
          <w:sz w:val="20"/>
          <w:szCs w:val="20"/>
        </w:rPr>
        <w:t xml:space="preserve"> documento el </w:t>
      </w:r>
      <w:r w:rsidRPr="00A96D6A">
        <w:rPr>
          <w:rFonts w:cs="Arial"/>
          <w:b/>
          <w:sz w:val="20"/>
          <w:szCs w:val="20"/>
        </w:rPr>
        <w:t>ACUERDO DE ACUMULACIÓN DE DESCANSO VACACIONAL</w:t>
      </w:r>
      <w:r w:rsidRPr="00A96D6A">
        <w:rPr>
          <w:rFonts w:cs="Arial"/>
          <w:sz w:val="20"/>
          <w:szCs w:val="20"/>
        </w:rPr>
        <w:t xml:space="preserve"> que celebran, de una parte, </w:t>
      </w:r>
    </w:p>
    <w:tbl>
      <w:tblPr>
        <w:tblStyle w:val="Tablaconcuadrcula"/>
        <w:tblW w:w="0" w:type="auto"/>
        <w:jc w:val="center"/>
        <w:tblLook w:val="04A0" w:firstRow="1" w:lastRow="0" w:firstColumn="1" w:lastColumn="0" w:noHBand="0" w:noVBand="1"/>
      </w:tblPr>
      <w:tblGrid>
        <w:gridCol w:w="2268"/>
        <w:gridCol w:w="7364"/>
      </w:tblGrid>
      <w:tr w:rsidR="00A626BA" w:rsidRPr="00A96D6A" w14:paraId="3E105700" w14:textId="77777777" w:rsidTr="00617F6D">
        <w:trPr>
          <w:jc w:val="center"/>
        </w:trPr>
        <w:tc>
          <w:tcPr>
            <w:tcW w:w="2268" w:type="dxa"/>
            <w:shd w:val="clear" w:color="auto" w:fill="EDEDED"/>
            <w:vAlign w:val="center"/>
          </w:tcPr>
          <w:p w14:paraId="7C1FD4A7" w14:textId="77777777" w:rsidR="00A626BA" w:rsidRPr="00A96D6A" w:rsidRDefault="00000000">
            <w:pPr>
              <w:rPr>
                <w:rFonts w:cs="Arial"/>
                <w:sz w:val="20"/>
                <w:szCs w:val="20"/>
              </w:rPr>
            </w:pPr>
            <w:r w:rsidRPr="00A96D6A">
              <w:rPr>
                <w:rFonts w:cs="Arial"/>
                <w:b/>
                <w:sz w:val="20"/>
                <w:szCs w:val="20"/>
              </w:rPr>
              <w:t>EMPLEADOR</w:t>
            </w:r>
          </w:p>
        </w:tc>
        <w:tc>
          <w:tcPr>
            <w:tcW w:w="7364" w:type="dxa"/>
            <w:vAlign w:val="center"/>
          </w:tcPr>
          <w:p w14:paraId="6C2E0F5D" w14:textId="77777777" w:rsidR="00A626BA" w:rsidRPr="00A96D6A" w:rsidRDefault="00000000">
            <w:pPr>
              <w:rPr>
                <w:rFonts w:cs="Arial"/>
                <w:sz w:val="20"/>
                <w:szCs w:val="20"/>
              </w:rPr>
            </w:pPr>
            <w:r w:rsidRPr="00A96D6A">
              <w:rPr>
                <w:rFonts w:cs="Arial"/>
                <w:sz w:val="20"/>
                <w:szCs w:val="20"/>
              </w:rPr>
              <w:t>[RAZÓN SOCIAL DE LA EMPRESA]</w:t>
            </w:r>
          </w:p>
        </w:tc>
      </w:tr>
      <w:tr w:rsidR="00A626BA" w:rsidRPr="00A96D6A" w14:paraId="2AF01BFE" w14:textId="77777777" w:rsidTr="00617F6D">
        <w:trPr>
          <w:jc w:val="center"/>
        </w:trPr>
        <w:tc>
          <w:tcPr>
            <w:tcW w:w="2268" w:type="dxa"/>
            <w:shd w:val="clear" w:color="auto" w:fill="EDEDED"/>
            <w:vAlign w:val="center"/>
          </w:tcPr>
          <w:p w14:paraId="13E66A5A" w14:textId="77777777" w:rsidR="00A626BA" w:rsidRPr="00A96D6A" w:rsidRDefault="00000000">
            <w:pPr>
              <w:rPr>
                <w:rFonts w:cs="Arial"/>
                <w:sz w:val="20"/>
                <w:szCs w:val="20"/>
              </w:rPr>
            </w:pPr>
            <w:r w:rsidRPr="00A96D6A">
              <w:rPr>
                <w:rFonts w:cs="Arial"/>
                <w:b/>
                <w:sz w:val="20"/>
                <w:szCs w:val="20"/>
              </w:rPr>
              <w:t>RUC</w:t>
            </w:r>
          </w:p>
        </w:tc>
        <w:tc>
          <w:tcPr>
            <w:tcW w:w="7364" w:type="dxa"/>
            <w:vAlign w:val="center"/>
          </w:tcPr>
          <w:p w14:paraId="098ABFE3" w14:textId="77777777" w:rsidR="00A626BA" w:rsidRPr="00A96D6A" w:rsidRDefault="00000000">
            <w:pPr>
              <w:rPr>
                <w:rFonts w:cs="Arial"/>
                <w:sz w:val="20"/>
                <w:szCs w:val="20"/>
              </w:rPr>
            </w:pPr>
            <w:r w:rsidRPr="00A96D6A">
              <w:rPr>
                <w:rFonts w:cs="Arial"/>
                <w:sz w:val="20"/>
                <w:szCs w:val="20"/>
              </w:rPr>
              <w:t>[N.° DE RUC]</w:t>
            </w:r>
          </w:p>
        </w:tc>
      </w:tr>
      <w:tr w:rsidR="00A626BA" w:rsidRPr="00A96D6A" w14:paraId="70B96D25" w14:textId="77777777" w:rsidTr="00617F6D">
        <w:trPr>
          <w:jc w:val="center"/>
        </w:trPr>
        <w:tc>
          <w:tcPr>
            <w:tcW w:w="2268" w:type="dxa"/>
            <w:shd w:val="clear" w:color="auto" w:fill="EDEDED"/>
            <w:vAlign w:val="center"/>
          </w:tcPr>
          <w:p w14:paraId="586E9F69" w14:textId="77777777" w:rsidR="00A626BA" w:rsidRPr="00A96D6A" w:rsidRDefault="00000000">
            <w:pPr>
              <w:rPr>
                <w:rFonts w:cs="Arial"/>
                <w:sz w:val="20"/>
                <w:szCs w:val="20"/>
              </w:rPr>
            </w:pPr>
            <w:r w:rsidRPr="00A96D6A">
              <w:rPr>
                <w:rFonts w:cs="Arial"/>
                <w:b/>
                <w:sz w:val="20"/>
                <w:szCs w:val="20"/>
              </w:rPr>
              <w:t>REPRESENTANTE</w:t>
            </w:r>
          </w:p>
        </w:tc>
        <w:tc>
          <w:tcPr>
            <w:tcW w:w="7364" w:type="dxa"/>
            <w:vAlign w:val="center"/>
          </w:tcPr>
          <w:p w14:paraId="26E66B91" w14:textId="77777777" w:rsidR="00A626BA" w:rsidRPr="00A96D6A" w:rsidRDefault="00000000">
            <w:pPr>
              <w:rPr>
                <w:rFonts w:cs="Arial"/>
                <w:sz w:val="20"/>
                <w:szCs w:val="20"/>
              </w:rPr>
            </w:pPr>
            <w:r w:rsidRPr="00A96D6A">
              <w:rPr>
                <w:rFonts w:cs="Arial"/>
                <w:sz w:val="20"/>
                <w:szCs w:val="20"/>
              </w:rPr>
              <w:t>[NOMBRE DEL REPRESENTANTE LEGAL]</w:t>
            </w:r>
          </w:p>
        </w:tc>
      </w:tr>
      <w:tr w:rsidR="00A626BA" w:rsidRPr="00A96D6A" w14:paraId="3983DBD1" w14:textId="77777777" w:rsidTr="00617F6D">
        <w:trPr>
          <w:jc w:val="center"/>
        </w:trPr>
        <w:tc>
          <w:tcPr>
            <w:tcW w:w="2268" w:type="dxa"/>
            <w:shd w:val="clear" w:color="auto" w:fill="EDEDED"/>
            <w:vAlign w:val="center"/>
          </w:tcPr>
          <w:p w14:paraId="149D0B9F" w14:textId="77777777" w:rsidR="00A626BA" w:rsidRPr="00A96D6A" w:rsidRDefault="00000000">
            <w:pPr>
              <w:rPr>
                <w:rFonts w:cs="Arial"/>
                <w:sz w:val="20"/>
                <w:szCs w:val="20"/>
              </w:rPr>
            </w:pPr>
            <w:r w:rsidRPr="00A96D6A">
              <w:rPr>
                <w:rFonts w:cs="Arial"/>
                <w:b/>
                <w:sz w:val="20"/>
                <w:szCs w:val="20"/>
              </w:rPr>
              <w:t>TRABAJADOR(A)</w:t>
            </w:r>
          </w:p>
        </w:tc>
        <w:tc>
          <w:tcPr>
            <w:tcW w:w="7364" w:type="dxa"/>
            <w:vAlign w:val="center"/>
          </w:tcPr>
          <w:p w14:paraId="67D38AE2" w14:textId="77777777" w:rsidR="00A626BA" w:rsidRPr="00A96D6A" w:rsidRDefault="00000000">
            <w:pPr>
              <w:rPr>
                <w:rFonts w:cs="Arial"/>
                <w:sz w:val="20"/>
                <w:szCs w:val="20"/>
              </w:rPr>
            </w:pPr>
            <w:r w:rsidRPr="00A96D6A">
              <w:rPr>
                <w:rFonts w:cs="Arial"/>
                <w:sz w:val="20"/>
                <w:szCs w:val="20"/>
              </w:rPr>
              <w:t>[NOMBRE COMPLETO DEL TRABAJADOR(A)]</w:t>
            </w:r>
          </w:p>
        </w:tc>
      </w:tr>
    </w:tbl>
    <w:p w14:paraId="1294A0FE" w14:textId="77777777" w:rsidR="00A626BA" w:rsidRPr="00A96D6A" w:rsidRDefault="00000000">
      <w:pPr>
        <w:rPr>
          <w:rFonts w:cs="Arial"/>
          <w:sz w:val="20"/>
          <w:szCs w:val="20"/>
        </w:rPr>
      </w:pPr>
      <w:proofErr w:type="spellStart"/>
      <w:r w:rsidRPr="00A96D6A">
        <w:rPr>
          <w:rFonts w:cs="Arial"/>
          <w:sz w:val="20"/>
          <w:szCs w:val="20"/>
        </w:rPr>
        <w:t>En</w:t>
      </w:r>
      <w:proofErr w:type="spellEnd"/>
      <w:r w:rsidRPr="00A96D6A">
        <w:rPr>
          <w:rFonts w:cs="Arial"/>
          <w:sz w:val="20"/>
          <w:szCs w:val="20"/>
        </w:rPr>
        <w:t xml:space="preserve"> </w:t>
      </w:r>
      <w:proofErr w:type="spellStart"/>
      <w:r w:rsidRPr="00A96D6A">
        <w:rPr>
          <w:rFonts w:cs="Arial"/>
          <w:sz w:val="20"/>
          <w:szCs w:val="20"/>
        </w:rPr>
        <w:t>adelante</w:t>
      </w:r>
      <w:proofErr w:type="spellEnd"/>
      <w:r w:rsidRPr="00A96D6A">
        <w:rPr>
          <w:rFonts w:cs="Arial"/>
          <w:sz w:val="20"/>
          <w:szCs w:val="20"/>
        </w:rPr>
        <w:t xml:space="preserve">, </w:t>
      </w:r>
      <w:r w:rsidRPr="00A96D6A">
        <w:rPr>
          <w:rFonts w:cs="Arial"/>
          <w:b/>
          <w:sz w:val="20"/>
          <w:szCs w:val="20"/>
        </w:rPr>
        <w:t>EL EMPLEADOR</w:t>
      </w:r>
      <w:r w:rsidRPr="00A96D6A">
        <w:rPr>
          <w:rFonts w:cs="Arial"/>
          <w:sz w:val="20"/>
          <w:szCs w:val="20"/>
        </w:rPr>
        <w:t xml:space="preserve"> y </w:t>
      </w:r>
      <w:r w:rsidRPr="00A96D6A">
        <w:rPr>
          <w:rFonts w:cs="Arial"/>
          <w:b/>
          <w:sz w:val="20"/>
          <w:szCs w:val="20"/>
        </w:rPr>
        <w:t>EL/LA TRABAJADOR(A)</w:t>
      </w:r>
      <w:r w:rsidRPr="00A96D6A">
        <w:rPr>
          <w:rFonts w:cs="Arial"/>
          <w:sz w:val="20"/>
          <w:szCs w:val="20"/>
        </w:rPr>
        <w:t>, respectivamente, en los términos y condiciones siguientes:</w:t>
      </w:r>
    </w:p>
    <w:p w14:paraId="6AF0EF5C" w14:textId="77777777" w:rsidR="00A626BA" w:rsidRPr="00A96D6A" w:rsidRDefault="00000000">
      <w:pPr>
        <w:rPr>
          <w:rFonts w:cs="Arial"/>
          <w:sz w:val="20"/>
          <w:szCs w:val="20"/>
        </w:rPr>
      </w:pPr>
      <w:proofErr w:type="gramStart"/>
      <w:r w:rsidRPr="00A96D6A">
        <w:rPr>
          <w:rFonts w:cs="Arial"/>
          <w:b/>
          <w:sz w:val="20"/>
          <w:szCs w:val="20"/>
        </w:rPr>
        <w:t>PRIMERA.-</w:t>
      </w:r>
      <w:proofErr w:type="gramEnd"/>
      <w:r w:rsidRPr="00A96D6A">
        <w:rPr>
          <w:rFonts w:cs="Arial"/>
          <w:b/>
          <w:sz w:val="20"/>
          <w:szCs w:val="20"/>
        </w:rPr>
        <w:t xml:space="preserve"> OBJETO DEL ACUERDO</w:t>
      </w:r>
    </w:p>
    <w:p w14:paraId="381B9A61" w14:textId="77777777" w:rsidR="00A626BA" w:rsidRPr="00A96D6A" w:rsidRDefault="00000000">
      <w:pPr>
        <w:rPr>
          <w:rFonts w:cs="Arial"/>
          <w:sz w:val="20"/>
          <w:szCs w:val="20"/>
        </w:rPr>
      </w:pPr>
      <w:r w:rsidRPr="00A96D6A">
        <w:rPr>
          <w:rFonts w:cs="Arial"/>
          <w:sz w:val="20"/>
          <w:szCs w:val="20"/>
        </w:rPr>
        <w:t>Por medio del presente acuerdo, EL/LA TRABAJADOR(A) y EL EMPLEADOR convienen expresamente y por escrito en la acumulación de hasta dos (02) períodos consecutivos de descanso vacacional, conforme a lo permitido por el artículo 18 del Decreto Legislativo N.° 713, siempre que se respete el descanso mínimo obligatorio de siete (07) días naturales después de cada año de servicios continuo.</w:t>
      </w:r>
    </w:p>
    <w:p w14:paraId="15FE3BC1" w14:textId="77777777" w:rsidR="00A626BA" w:rsidRPr="00A96D6A" w:rsidRDefault="00000000">
      <w:pPr>
        <w:rPr>
          <w:rFonts w:cs="Arial"/>
          <w:sz w:val="20"/>
          <w:szCs w:val="20"/>
        </w:rPr>
      </w:pPr>
      <w:proofErr w:type="gramStart"/>
      <w:r w:rsidRPr="00A96D6A">
        <w:rPr>
          <w:rFonts w:cs="Arial"/>
          <w:b/>
          <w:sz w:val="20"/>
          <w:szCs w:val="20"/>
        </w:rPr>
        <w:t>SEGUNDA.-</w:t>
      </w:r>
      <w:proofErr w:type="gramEnd"/>
      <w:r w:rsidRPr="00A96D6A">
        <w:rPr>
          <w:rFonts w:cs="Arial"/>
          <w:b/>
          <w:sz w:val="20"/>
          <w:szCs w:val="20"/>
        </w:rPr>
        <w:t xml:space="preserve"> ANTECEDENTES Y RÉCORD VACACIONAL</w:t>
      </w:r>
    </w:p>
    <w:p w14:paraId="55471DA6" w14:textId="77777777" w:rsidR="00A626BA" w:rsidRPr="00A96D6A" w:rsidRDefault="00000000">
      <w:pPr>
        <w:rPr>
          <w:rFonts w:cs="Arial"/>
          <w:sz w:val="20"/>
          <w:szCs w:val="20"/>
        </w:rPr>
      </w:pPr>
      <w:r w:rsidRPr="00A96D6A">
        <w:rPr>
          <w:rFonts w:cs="Arial"/>
          <w:sz w:val="20"/>
          <w:szCs w:val="20"/>
        </w:rPr>
        <w:t>EL/LA TRABAJADOR(A) ingresó a laborar el [FECHA DE INGRESO] y, a la fecha de suscripción del presente acuerdo, ha generado o generará los siguientes períodos vacacionales:</w:t>
      </w:r>
    </w:p>
    <w:tbl>
      <w:tblPr>
        <w:tblStyle w:val="Tablaconcuadrcula"/>
        <w:tblW w:w="0" w:type="auto"/>
        <w:jc w:val="center"/>
        <w:tblLook w:val="04A0" w:firstRow="1" w:lastRow="0" w:firstColumn="1" w:lastColumn="0" w:noHBand="0" w:noVBand="1"/>
      </w:tblPr>
      <w:tblGrid>
        <w:gridCol w:w="1926"/>
        <w:gridCol w:w="1926"/>
        <w:gridCol w:w="1926"/>
        <w:gridCol w:w="1926"/>
        <w:gridCol w:w="1926"/>
      </w:tblGrid>
      <w:tr w:rsidR="00A626BA" w:rsidRPr="003C6FC6" w14:paraId="475C040A" w14:textId="77777777" w:rsidTr="003C6FC6">
        <w:trPr>
          <w:trHeight w:val="441"/>
          <w:jc w:val="center"/>
        </w:trPr>
        <w:tc>
          <w:tcPr>
            <w:tcW w:w="1926" w:type="dxa"/>
            <w:shd w:val="clear" w:color="auto" w:fill="D9EAF7"/>
            <w:vAlign w:val="center"/>
          </w:tcPr>
          <w:p w14:paraId="24494E89" w14:textId="77777777" w:rsidR="00A626BA" w:rsidRPr="003C6FC6" w:rsidRDefault="00000000">
            <w:pPr>
              <w:rPr>
                <w:rFonts w:cs="Arial"/>
                <w:sz w:val="18"/>
                <w:szCs w:val="18"/>
              </w:rPr>
            </w:pPr>
            <w:proofErr w:type="spellStart"/>
            <w:r w:rsidRPr="003C6FC6">
              <w:rPr>
                <w:rFonts w:cs="Arial"/>
                <w:b/>
                <w:sz w:val="18"/>
                <w:szCs w:val="18"/>
              </w:rPr>
              <w:t>Período</w:t>
            </w:r>
            <w:proofErr w:type="spellEnd"/>
            <w:r w:rsidRPr="003C6FC6">
              <w:rPr>
                <w:rFonts w:cs="Arial"/>
                <w:b/>
                <w:sz w:val="18"/>
                <w:szCs w:val="18"/>
              </w:rPr>
              <w:t xml:space="preserve"> </w:t>
            </w:r>
            <w:proofErr w:type="spellStart"/>
            <w:r w:rsidRPr="003C6FC6">
              <w:rPr>
                <w:rFonts w:cs="Arial"/>
                <w:b/>
                <w:sz w:val="18"/>
                <w:szCs w:val="18"/>
              </w:rPr>
              <w:t>vacacional</w:t>
            </w:r>
            <w:proofErr w:type="spellEnd"/>
          </w:p>
        </w:tc>
        <w:tc>
          <w:tcPr>
            <w:tcW w:w="1926" w:type="dxa"/>
            <w:shd w:val="clear" w:color="auto" w:fill="D9EAF7"/>
            <w:vAlign w:val="center"/>
          </w:tcPr>
          <w:p w14:paraId="2B56A075" w14:textId="77777777" w:rsidR="00A626BA" w:rsidRPr="003C6FC6" w:rsidRDefault="00000000">
            <w:pPr>
              <w:rPr>
                <w:rFonts w:cs="Arial"/>
                <w:sz w:val="18"/>
                <w:szCs w:val="18"/>
              </w:rPr>
            </w:pPr>
            <w:r w:rsidRPr="003C6FC6">
              <w:rPr>
                <w:rFonts w:cs="Arial"/>
                <w:b/>
                <w:sz w:val="18"/>
                <w:szCs w:val="18"/>
              </w:rPr>
              <w:t>Inicio del récord</w:t>
            </w:r>
          </w:p>
        </w:tc>
        <w:tc>
          <w:tcPr>
            <w:tcW w:w="1926" w:type="dxa"/>
            <w:shd w:val="clear" w:color="auto" w:fill="D9EAF7"/>
            <w:vAlign w:val="center"/>
          </w:tcPr>
          <w:p w14:paraId="3556754E" w14:textId="77777777" w:rsidR="00A626BA" w:rsidRPr="003C6FC6" w:rsidRDefault="00000000">
            <w:pPr>
              <w:rPr>
                <w:rFonts w:cs="Arial"/>
                <w:sz w:val="18"/>
                <w:szCs w:val="18"/>
              </w:rPr>
            </w:pPr>
            <w:r w:rsidRPr="003C6FC6">
              <w:rPr>
                <w:rFonts w:cs="Arial"/>
                <w:b/>
                <w:sz w:val="18"/>
                <w:szCs w:val="18"/>
              </w:rPr>
              <w:t>Fin del récord</w:t>
            </w:r>
          </w:p>
        </w:tc>
        <w:tc>
          <w:tcPr>
            <w:tcW w:w="1926" w:type="dxa"/>
            <w:shd w:val="clear" w:color="auto" w:fill="D9EAF7"/>
            <w:vAlign w:val="center"/>
          </w:tcPr>
          <w:p w14:paraId="50DF1225" w14:textId="77777777" w:rsidR="00A626BA" w:rsidRPr="003C6FC6" w:rsidRDefault="00000000">
            <w:pPr>
              <w:rPr>
                <w:rFonts w:cs="Arial"/>
                <w:sz w:val="18"/>
                <w:szCs w:val="18"/>
              </w:rPr>
            </w:pPr>
            <w:r w:rsidRPr="003C6FC6">
              <w:rPr>
                <w:rFonts w:cs="Arial"/>
                <w:b/>
                <w:sz w:val="18"/>
                <w:szCs w:val="18"/>
              </w:rPr>
              <w:t>Días generados</w:t>
            </w:r>
          </w:p>
        </w:tc>
        <w:tc>
          <w:tcPr>
            <w:tcW w:w="1926" w:type="dxa"/>
            <w:shd w:val="clear" w:color="auto" w:fill="D9EAF7"/>
            <w:vAlign w:val="center"/>
          </w:tcPr>
          <w:p w14:paraId="18C7E2FF" w14:textId="77777777" w:rsidR="00A626BA" w:rsidRPr="003C6FC6" w:rsidRDefault="00000000">
            <w:pPr>
              <w:rPr>
                <w:rFonts w:cs="Arial"/>
                <w:sz w:val="18"/>
                <w:szCs w:val="18"/>
              </w:rPr>
            </w:pPr>
            <w:r w:rsidRPr="003C6FC6">
              <w:rPr>
                <w:rFonts w:cs="Arial"/>
                <w:b/>
                <w:sz w:val="18"/>
                <w:szCs w:val="18"/>
              </w:rPr>
              <w:t>Tratamiento acordado</w:t>
            </w:r>
          </w:p>
        </w:tc>
      </w:tr>
      <w:tr w:rsidR="00A626BA" w:rsidRPr="003C6FC6" w14:paraId="2CDB0B23" w14:textId="77777777">
        <w:trPr>
          <w:jc w:val="center"/>
        </w:trPr>
        <w:tc>
          <w:tcPr>
            <w:tcW w:w="1926" w:type="dxa"/>
            <w:vAlign w:val="center"/>
          </w:tcPr>
          <w:p w14:paraId="3013BE56" w14:textId="77777777" w:rsidR="00A626BA" w:rsidRPr="003C6FC6" w:rsidRDefault="00000000">
            <w:pPr>
              <w:rPr>
                <w:rFonts w:cs="Arial"/>
                <w:sz w:val="18"/>
                <w:szCs w:val="18"/>
              </w:rPr>
            </w:pPr>
            <w:r w:rsidRPr="003C6FC6">
              <w:rPr>
                <w:rFonts w:cs="Arial"/>
                <w:sz w:val="18"/>
                <w:szCs w:val="18"/>
              </w:rPr>
              <w:t xml:space="preserve">1.er </w:t>
            </w:r>
            <w:proofErr w:type="spellStart"/>
            <w:r w:rsidRPr="003C6FC6">
              <w:rPr>
                <w:rFonts w:cs="Arial"/>
                <w:sz w:val="18"/>
                <w:szCs w:val="18"/>
              </w:rPr>
              <w:t>período</w:t>
            </w:r>
            <w:proofErr w:type="spellEnd"/>
          </w:p>
        </w:tc>
        <w:tc>
          <w:tcPr>
            <w:tcW w:w="1926" w:type="dxa"/>
            <w:vAlign w:val="center"/>
          </w:tcPr>
          <w:p w14:paraId="0079C6C2" w14:textId="77777777" w:rsidR="00A626BA" w:rsidRPr="003C6FC6" w:rsidRDefault="00000000">
            <w:pPr>
              <w:rPr>
                <w:rFonts w:cs="Arial"/>
                <w:sz w:val="18"/>
                <w:szCs w:val="18"/>
              </w:rPr>
            </w:pPr>
            <w:r w:rsidRPr="003C6FC6">
              <w:rPr>
                <w:rFonts w:cs="Arial"/>
                <w:sz w:val="18"/>
                <w:szCs w:val="18"/>
              </w:rPr>
              <w:t>[dd/mm/aaaa]</w:t>
            </w:r>
          </w:p>
        </w:tc>
        <w:tc>
          <w:tcPr>
            <w:tcW w:w="1926" w:type="dxa"/>
            <w:vAlign w:val="center"/>
          </w:tcPr>
          <w:p w14:paraId="5ACAA7F6" w14:textId="77777777" w:rsidR="00A626BA" w:rsidRPr="003C6FC6" w:rsidRDefault="00000000">
            <w:pPr>
              <w:rPr>
                <w:rFonts w:cs="Arial"/>
                <w:sz w:val="18"/>
                <w:szCs w:val="18"/>
              </w:rPr>
            </w:pPr>
            <w:r w:rsidRPr="003C6FC6">
              <w:rPr>
                <w:rFonts w:cs="Arial"/>
                <w:sz w:val="18"/>
                <w:szCs w:val="18"/>
              </w:rPr>
              <w:t>[dd/mm/aaaa]</w:t>
            </w:r>
          </w:p>
        </w:tc>
        <w:tc>
          <w:tcPr>
            <w:tcW w:w="1926" w:type="dxa"/>
            <w:vAlign w:val="center"/>
          </w:tcPr>
          <w:p w14:paraId="2B9A7E02" w14:textId="77777777" w:rsidR="00A626BA" w:rsidRPr="003C6FC6" w:rsidRDefault="00000000">
            <w:pPr>
              <w:rPr>
                <w:rFonts w:cs="Arial"/>
                <w:sz w:val="18"/>
                <w:szCs w:val="18"/>
              </w:rPr>
            </w:pPr>
            <w:r w:rsidRPr="003C6FC6">
              <w:rPr>
                <w:rFonts w:cs="Arial"/>
                <w:sz w:val="18"/>
                <w:szCs w:val="18"/>
              </w:rPr>
              <w:t>30 días</w:t>
            </w:r>
          </w:p>
        </w:tc>
        <w:tc>
          <w:tcPr>
            <w:tcW w:w="1926" w:type="dxa"/>
            <w:vAlign w:val="center"/>
          </w:tcPr>
          <w:p w14:paraId="60E0D868" w14:textId="77777777" w:rsidR="00A626BA" w:rsidRPr="003C6FC6" w:rsidRDefault="00000000">
            <w:pPr>
              <w:rPr>
                <w:rFonts w:cs="Arial"/>
                <w:sz w:val="18"/>
                <w:szCs w:val="18"/>
              </w:rPr>
            </w:pPr>
            <w:r w:rsidRPr="003C6FC6">
              <w:rPr>
                <w:rFonts w:cs="Arial"/>
                <w:sz w:val="18"/>
                <w:szCs w:val="18"/>
              </w:rPr>
              <w:t>23 días se acumulan; 7 días se gozan</w:t>
            </w:r>
          </w:p>
        </w:tc>
      </w:tr>
      <w:tr w:rsidR="00A626BA" w:rsidRPr="003C6FC6" w14:paraId="576B9FFC" w14:textId="77777777">
        <w:trPr>
          <w:jc w:val="center"/>
        </w:trPr>
        <w:tc>
          <w:tcPr>
            <w:tcW w:w="1926" w:type="dxa"/>
            <w:vAlign w:val="center"/>
          </w:tcPr>
          <w:p w14:paraId="6A471321" w14:textId="77777777" w:rsidR="00A626BA" w:rsidRPr="003C6FC6" w:rsidRDefault="00000000">
            <w:pPr>
              <w:rPr>
                <w:rFonts w:cs="Arial"/>
                <w:sz w:val="18"/>
                <w:szCs w:val="18"/>
              </w:rPr>
            </w:pPr>
            <w:r w:rsidRPr="003C6FC6">
              <w:rPr>
                <w:rFonts w:cs="Arial"/>
                <w:sz w:val="18"/>
                <w:szCs w:val="18"/>
              </w:rPr>
              <w:t>2.º período</w:t>
            </w:r>
          </w:p>
        </w:tc>
        <w:tc>
          <w:tcPr>
            <w:tcW w:w="1926" w:type="dxa"/>
            <w:vAlign w:val="center"/>
          </w:tcPr>
          <w:p w14:paraId="43B5DBE3" w14:textId="77777777" w:rsidR="00A626BA" w:rsidRPr="003C6FC6" w:rsidRDefault="00000000">
            <w:pPr>
              <w:rPr>
                <w:rFonts w:cs="Arial"/>
                <w:sz w:val="18"/>
                <w:szCs w:val="18"/>
              </w:rPr>
            </w:pPr>
            <w:r w:rsidRPr="003C6FC6">
              <w:rPr>
                <w:rFonts w:cs="Arial"/>
                <w:sz w:val="18"/>
                <w:szCs w:val="18"/>
              </w:rPr>
              <w:t>[dd/mm/aaaa]</w:t>
            </w:r>
          </w:p>
        </w:tc>
        <w:tc>
          <w:tcPr>
            <w:tcW w:w="1926" w:type="dxa"/>
            <w:vAlign w:val="center"/>
          </w:tcPr>
          <w:p w14:paraId="32C179D1" w14:textId="77777777" w:rsidR="00A626BA" w:rsidRPr="003C6FC6" w:rsidRDefault="00000000">
            <w:pPr>
              <w:rPr>
                <w:rFonts w:cs="Arial"/>
                <w:sz w:val="18"/>
                <w:szCs w:val="18"/>
              </w:rPr>
            </w:pPr>
            <w:r w:rsidRPr="003C6FC6">
              <w:rPr>
                <w:rFonts w:cs="Arial"/>
                <w:sz w:val="18"/>
                <w:szCs w:val="18"/>
              </w:rPr>
              <w:t>[dd/mm/aaaa]</w:t>
            </w:r>
          </w:p>
        </w:tc>
        <w:tc>
          <w:tcPr>
            <w:tcW w:w="1926" w:type="dxa"/>
            <w:vAlign w:val="center"/>
          </w:tcPr>
          <w:p w14:paraId="436B2569" w14:textId="77777777" w:rsidR="00A626BA" w:rsidRPr="003C6FC6" w:rsidRDefault="00000000">
            <w:pPr>
              <w:rPr>
                <w:rFonts w:cs="Arial"/>
                <w:sz w:val="18"/>
                <w:szCs w:val="18"/>
              </w:rPr>
            </w:pPr>
            <w:r w:rsidRPr="003C6FC6">
              <w:rPr>
                <w:rFonts w:cs="Arial"/>
                <w:sz w:val="18"/>
                <w:szCs w:val="18"/>
              </w:rPr>
              <w:t>30 días</w:t>
            </w:r>
          </w:p>
        </w:tc>
        <w:tc>
          <w:tcPr>
            <w:tcW w:w="1926" w:type="dxa"/>
            <w:vAlign w:val="center"/>
          </w:tcPr>
          <w:p w14:paraId="008708DC" w14:textId="77777777" w:rsidR="00A626BA" w:rsidRPr="003C6FC6" w:rsidRDefault="00000000">
            <w:pPr>
              <w:rPr>
                <w:rFonts w:cs="Arial"/>
                <w:sz w:val="18"/>
                <w:szCs w:val="18"/>
              </w:rPr>
            </w:pPr>
            <w:r w:rsidRPr="003C6FC6">
              <w:rPr>
                <w:rFonts w:cs="Arial"/>
                <w:sz w:val="18"/>
                <w:szCs w:val="18"/>
              </w:rPr>
              <w:t>30 días se acumulan</w:t>
            </w:r>
          </w:p>
        </w:tc>
      </w:tr>
    </w:tbl>
    <w:p w14:paraId="56E56C00" w14:textId="77777777" w:rsidR="00A626BA" w:rsidRPr="00A96D6A" w:rsidRDefault="00000000">
      <w:pPr>
        <w:rPr>
          <w:rFonts w:cs="Arial"/>
          <w:sz w:val="20"/>
          <w:szCs w:val="20"/>
        </w:rPr>
      </w:pPr>
      <w:proofErr w:type="gramStart"/>
      <w:r w:rsidRPr="00A96D6A">
        <w:rPr>
          <w:rFonts w:cs="Arial"/>
          <w:b/>
          <w:sz w:val="20"/>
          <w:szCs w:val="20"/>
        </w:rPr>
        <w:t>TERCERA.-</w:t>
      </w:r>
      <w:proofErr w:type="gramEnd"/>
      <w:r w:rsidRPr="00A96D6A">
        <w:rPr>
          <w:rFonts w:cs="Arial"/>
          <w:b/>
          <w:sz w:val="20"/>
          <w:szCs w:val="20"/>
        </w:rPr>
        <w:t xml:space="preserve"> FORMA DE ACUMULACIÓN</w:t>
      </w:r>
    </w:p>
    <w:p w14:paraId="3A6D1F0E" w14:textId="77777777" w:rsidR="00A626BA" w:rsidRPr="00A96D6A" w:rsidRDefault="00000000">
      <w:pPr>
        <w:rPr>
          <w:rFonts w:cs="Arial"/>
          <w:sz w:val="20"/>
          <w:szCs w:val="20"/>
        </w:rPr>
      </w:pPr>
      <w:r w:rsidRPr="00A96D6A">
        <w:rPr>
          <w:rFonts w:cs="Arial"/>
          <w:sz w:val="20"/>
          <w:szCs w:val="20"/>
        </w:rPr>
        <w:t>Las partes acuerdan que, del primer período vacacional, EL/LA TRABAJADOR(A) gozará como mínimo siete (07) días naturales de descanso vacacional y podrá acumular los veintitrés (23) días naturales restantes. Dichos días acumulados se adicionarán al segundo período vacacional, pudiendo alcanzarse, bajo este esquema, un saldo acumulado de hasta cincuenta y tres (53) días naturales (23 días del primer período + 30 días del segundo período), sin perjuicio de la programación efectiva que corresponda.</w:t>
      </w:r>
    </w:p>
    <w:p w14:paraId="074D3AE0" w14:textId="77777777" w:rsidR="00A626BA" w:rsidRPr="00A96D6A" w:rsidRDefault="00000000">
      <w:pPr>
        <w:rPr>
          <w:rFonts w:cs="Arial"/>
          <w:sz w:val="20"/>
          <w:szCs w:val="20"/>
        </w:rPr>
      </w:pPr>
      <w:proofErr w:type="gramStart"/>
      <w:r w:rsidRPr="00A96D6A">
        <w:rPr>
          <w:rFonts w:cs="Arial"/>
          <w:b/>
          <w:sz w:val="20"/>
          <w:szCs w:val="20"/>
        </w:rPr>
        <w:t>CUARTA.-</w:t>
      </w:r>
      <w:proofErr w:type="gramEnd"/>
      <w:r w:rsidRPr="00A96D6A">
        <w:rPr>
          <w:rFonts w:cs="Arial"/>
          <w:b/>
          <w:sz w:val="20"/>
          <w:szCs w:val="20"/>
        </w:rPr>
        <w:t xml:space="preserve"> DESCANSO MÍNIMO OBLIGATORIO</w:t>
      </w:r>
    </w:p>
    <w:p w14:paraId="38D84E3C" w14:textId="77777777" w:rsidR="00A626BA" w:rsidRPr="00A96D6A" w:rsidRDefault="00000000">
      <w:pPr>
        <w:rPr>
          <w:rFonts w:cs="Arial"/>
          <w:sz w:val="20"/>
          <w:szCs w:val="20"/>
        </w:rPr>
      </w:pPr>
      <w:r w:rsidRPr="00A96D6A">
        <w:rPr>
          <w:rFonts w:cs="Arial"/>
          <w:sz w:val="20"/>
          <w:szCs w:val="20"/>
        </w:rPr>
        <w:t>Las partes dejan constancia de que la presente acumulación no implica renuncia al derecho vacacional. EL/LA TRABAJADOR(A) deberá disfrutar, después de un año de servicios continuo, de por lo menos siete (07) días naturales de descanso vacacional. El período mínimo de descanso será efectivamente programado y registrado por EL EMPLEADOR.</w:t>
      </w:r>
    </w:p>
    <w:p w14:paraId="5D3E29BD" w14:textId="77777777" w:rsidR="00A626BA" w:rsidRPr="00A96D6A" w:rsidRDefault="00000000">
      <w:pPr>
        <w:rPr>
          <w:rFonts w:cs="Arial"/>
          <w:sz w:val="20"/>
          <w:szCs w:val="20"/>
        </w:rPr>
      </w:pPr>
      <w:proofErr w:type="gramStart"/>
      <w:r w:rsidRPr="00A96D6A">
        <w:rPr>
          <w:rFonts w:cs="Arial"/>
          <w:b/>
          <w:sz w:val="20"/>
          <w:szCs w:val="20"/>
        </w:rPr>
        <w:t>QUINTA.-</w:t>
      </w:r>
      <w:proofErr w:type="gramEnd"/>
      <w:r w:rsidRPr="00A96D6A">
        <w:rPr>
          <w:rFonts w:cs="Arial"/>
          <w:b/>
          <w:sz w:val="20"/>
          <w:szCs w:val="20"/>
        </w:rPr>
        <w:t xml:space="preserve"> OPORTUNIDAD DEL DESCANSO ACUMULADO</w:t>
      </w:r>
    </w:p>
    <w:p w14:paraId="34D41E9D" w14:textId="77777777" w:rsidR="00A626BA" w:rsidRPr="00A96D6A" w:rsidRDefault="00000000">
      <w:pPr>
        <w:rPr>
          <w:rFonts w:cs="Arial"/>
          <w:sz w:val="20"/>
          <w:szCs w:val="20"/>
        </w:rPr>
      </w:pPr>
      <w:r w:rsidRPr="00A96D6A">
        <w:rPr>
          <w:rFonts w:cs="Arial"/>
          <w:sz w:val="20"/>
          <w:szCs w:val="20"/>
        </w:rPr>
        <w:t>El goce de los días acumulados será programado de común acuerdo entre las partes, considerando las necesidades de funcionamiento de la empresa y los intereses del trabajador, dejando constancia de las fechas correspondientes en los registros laborales y de planilla que resulten aplicables. La acumulación no autoriza a sustituir indefinidamente el descanso vacacional por trabajo efectivo.</w:t>
      </w:r>
    </w:p>
    <w:p w14:paraId="48A7368A" w14:textId="77777777" w:rsidR="00A626BA" w:rsidRPr="00A96D6A" w:rsidRDefault="00000000">
      <w:pPr>
        <w:rPr>
          <w:rFonts w:cs="Arial"/>
          <w:sz w:val="20"/>
          <w:szCs w:val="20"/>
        </w:rPr>
      </w:pPr>
      <w:proofErr w:type="gramStart"/>
      <w:r w:rsidRPr="00A96D6A">
        <w:rPr>
          <w:rFonts w:cs="Arial"/>
          <w:b/>
          <w:sz w:val="20"/>
          <w:szCs w:val="20"/>
        </w:rPr>
        <w:t>SEXTA.-</w:t>
      </w:r>
      <w:proofErr w:type="gramEnd"/>
      <w:r w:rsidRPr="00A96D6A">
        <w:rPr>
          <w:rFonts w:cs="Arial"/>
          <w:b/>
          <w:sz w:val="20"/>
          <w:szCs w:val="20"/>
        </w:rPr>
        <w:t xml:space="preserve"> REMUNERACIÓN VACACIONAL</w:t>
      </w:r>
    </w:p>
    <w:p w14:paraId="51E42D3D" w14:textId="77777777" w:rsidR="00A626BA" w:rsidRPr="00A96D6A" w:rsidRDefault="00000000">
      <w:pPr>
        <w:rPr>
          <w:rFonts w:cs="Arial"/>
          <w:sz w:val="20"/>
          <w:szCs w:val="20"/>
        </w:rPr>
      </w:pPr>
      <w:r w:rsidRPr="00A96D6A">
        <w:rPr>
          <w:rFonts w:cs="Arial"/>
          <w:sz w:val="20"/>
          <w:szCs w:val="20"/>
        </w:rPr>
        <w:lastRenderedPageBreak/>
        <w:t>El descanso vacacional que corresponda será remunerado conforme a la legislación laboral vigente. El presente acuerdo regula únicamente la acumulación del descanso y no supone reducción, renuncia ni compensación económica del derecho vacacional, salvo que las partes celebren un acuerdo distinto permitido expresamente por ley.</w:t>
      </w:r>
    </w:p>
    <w:p w14:paraId="39A86696" w14:textId="77777777" w:rsidR="00A626BA" w:rsidRPr="00A96D6A" w:rsidRDefault="00000000">
      <w:pPr>
        <w:rPr>
          <w:rFonts w:cs="Arial"/>
          <w:sz w:val="20"/>
          <w:szCs w:val="20"/>
        </w:rPr>
      </w:pPr>
      <w:proofErr w:type="gramStart"/>
      <w:r w:rsidRPr="00A96D6A">
        <w:rPr>
          <w:rFonts w:cs="Arial"/>
          <w:b/>
          <w:sz w:val="20"/>
          <w:szCs w:val="20"/>
        </w:rPr>
        <w:t>SÉTIMA.-</w:t>
      </w:r>
      <w:proofErr w:type="gramEnd"/>
      <w:r w:rsidRPr="00A96D6A">
        <w:rPr>
          <w:rFonts w:cs="Arial"/>
          <w:b/>
          <w:sz w:val="20"/>
          <w:szCs w:val="20"/>
        </w:rPr>
        <w:t xml:space="preserve"> VIGENCIA Y ALCANCE</w:t>
      </w:r>
    </w:p>
    <w:p w14:paraId="0C7451C7" w14:textId="77777777" w:rsidR="00A626BA" w:rsidRPr="00A96D6A" w:rsidRDefault="00000000">
      <w:pPr>
        <w:rPr>
          <w:rFonts w:cs="Arial"/>
          <w:sz w:val="20"/>
          <w:szCs w:val="20"/>
        </w:rPr>
      </w:pPr>
      <w:r w:rsidRPr="00A96D6A">
        <w:rPr>
          <w:rFonts w:cs="Arial"/>
          <w:sz w:val="20"/>
          <w:szCs w:val="20"/>
        </w:rPr>
        <w:t>El presente acuerdo se aplica a los períodos vacacionales expresamente identificados en este documento. Cualquier modificación, ampliación o nuevo acuerdo de acumulación deberá constar por escrito y respetar los límites establecidos por la legislación laboral vigente.</w:t>
      </w:r>
    </w:p>
    <w:p w14:paraId="6571E521" w14:textId="77777777" w:rsidR="00A626BA" w:rsidRPr="00A96D6A" w:rsidRDefault="00000000">
      <w:pPr>
        <w:rPr>
          <w:rFonts w:cs="Arial"/>
          <w:sz w:val="20"/>
          <w:szCs w:val="20"/>
        </w:rPr>
      </w:pPr>
      <w:proofErr w:type="gramStart"/>
      <w:r w:rsidRPr="00A96D6A">
        <w:rPr>
          <w:rFonts w:cs="Arial"/>
          <w:b/>
          <w:sz w:val="20"/>
          <w:szCs w:val="20"/>
        </w:rPr>
        <w:t>OCTAVA.-</w:t>
      </w:r>
      <w:proofErr w:type="gramEnd"/>
      <w:r w:rsidRPr="00A96D6A">
        <w:rPr>
          <w:rFonts w:cs="Arial"/>
          <w:b/>
          <w:sz w:val="20"/>
          <w:szCs w:val="20"/>
        </w:rPr>
        <w:t xml:space="preserve"> DECLARACIÓN DE VOLUNTAD</w:t>
      </w:r>
    </w:p>
    <w:p w14:paraId="5D7018C6" w14:textId="77777777" w:rsidR="00A626BA" w:rsidRPr="00A96D6A" w:rsidRDefault="00000000">
      <w:pPr>
        <w:rPr>
          <w:rFonts w:cs="Arial"/>
          <w:sz w:val="20"/>
          <w:szCs w:val="20"/>
        </w:rPr>
      </w:pPr>
      <w:r w:rsidRPr="00A96D6A">
        <w:rPr>
          <w:rFonts w:cs="Arial"/>
          <w:sz w:val="20"/>
          <w:szCs w:val="20"/>
        </w:rPr>
        <w:t>EL/LA TRABAJADOR(A) declara que suscribe el presente acuerdo de manera libre, expresa e informada, con conocimiento de que la acumulación vacacional requiere acuerdo escrito y que, en ningún caso, puede interpretarse como renuncia al descanso vacacional mínimo exigido por ley.</w:t>
      </w:r>
    </w:p>
    <w:p w14:paraId="30735273" w14:textId="77777777" w:rsidR="00A626BA" w:rsidRPr="00A96D6A" w:rsidRDefault="00000000">
      <w:pPr>
        <w:rPr>
          <w:rFonts w:cs="Arial"/>
          <w:sz w:val="20"/>
          <w:szCs w:val="20"/>
        </w:rPr>
      </w:pPr>
      <w:proofErr w:type="gramStart"/>
      <w:r w:rsidRPr="00A96D6A">
        <w:rPr>
          <w:rFonts w:cs="Arial"/>
          <w:b/>
          <w:sz w:val="20"/>
          <w:szCs w:val="20"/>
        </w:rPr>
        <w:t>NOVENA.-</w:t>
      </w:r>
      <w:proofErr w:type="gramEnd"/>
      <w:r w:rsidRPr="00A96D6A">
        <w:rPr>
          <w:rFonts w:cs="Arial"/>
          <w:b/>
          <w:sz w:val="20"/>
          <w:szCs w:val="20"/>
        </w:rPr>
        <w:t xml:space="preserve"> BASE LEGAL</w:t>
      </w:r>
    </w:p>
    <w:p w14:paraId="532EDC8B" w14:textId="77777777" w:rsidR="00A626BA" w:rsidRPr="00A96D6A" w:rsidRDefault="00000000">
      <w:pPr>
        <w:rPr>
          <w:rFonts w:cs="Arial"/>
          <w:sz w:val="20"/>
          <w:szCs w:val="20"/>
        </w:rPr>
      </w:pPr>
      <w:r w:rsidRPr="00A96D6A">
        <w:rPr>
          <w:rFonts w:cs="Arial"/>
          <w:sz w:val="20"/>
          <w:szCs w:val="20"/>
        </w:rPr>
        <w:t>El presente acuerdo se sustenta principalmente en el artículo 18 del Decreto Legislativo N.° 713, que permite convenir por escrito la acumulación de hasta dos descansos consecutivos, siempre que después de un año de servicios continuo se disfrute por lo menos un descanso de siete (07) días naturales. Asimismo, se tiene en cuenta el Decreto Supremo N.° 012-92-TR, Reglamento del Decreto Legislativo N.° 713, y las disposiciones vigentes sobre descanso vacacional.</w:t>
      </w:r>
    </w:p>
    <w:p w14:paraId="47CFA75F" w14:textId="77777777" w:rsidR="00A626BA" w:rsidRPr="00A96D6A" w:rsidRDefault="00000000">
      <w:pPr>
        <w:rPr>
          <w:rFonts w:cs="Arial"/>
          <w:sz w:val="20"/>
          <w:szCs w:val="20"/>
        </w:rPr>
      </w:pPr>
      <w:proofErr w:type="gramStart"/>
      <w:r w:rsidRPr="00A96D6A">
        <w:rPr>
          <w:rFonts w:cs="Arial"/>
          <w:b/>
          <w:sz w:val="20"/>
          <w:szCs w:val="20"/>
        </w:rPr>
        <w:t>DÉCIMA.-</w:t>
      </w:r>
      <w:proofErr w:type="gramEnd"/>
      <w:r w:rsidRPr="00A96D6A">
        <w:rPr>
          <w:rFonts w:cs="Arial"/>
          <w:b/>
          <w:sz w:val="20"/>
          <w:szCs w:val="20"/>
        </w:rPr>
        <w:t xml:space="preserve"> DOMICILIO Y CONFORMIDAD</w:t>
      </w:r>
    </w:p>
    <w:p w14:paraId="0454D06A" w14:textId="77777777" w:rsidR="00A626BA" w:rsidRPr="00A96D6A" w:rsidRDefault="00000000">
      <w:pPr>
        <w:rPr>
          <w:rFonts w:cs="Arial"/>
          <w:sz w:val="20"/>
          <w:szCs w:val="20"/>
        </w:rPr>
      </w:pPr>
      <w:r w:rsidRPr="00A96D6A">
        <w:rPr>
          <w:rFonts w:cs="Arial"/>
          <w:sz w:val="20"/>
          <w:szCs w:val="20"/>
        </w:rPr>
        <w:t>Las partes señalan como válidos los datos consignados en el presente documento y, en señal de conformidad, lo suscriben en dos ejemplares de igual tenor, en la ciudad de [CIUDAD], a los [DÍA] días del mes de [MES] de [AÑO].</w:t>
      </w:r>
    </w:p>
    <w:p w14:paraId="44CC315F" w14:textId="77777777" w:rsidR="00A626BA" w:rsidRPr="00A96D6A" w:rsidRDefault="00A626BA">
      <w:pPr>
        <w:rPr>
          <w:rFonts w:cs="Arial"/>
          <w:sz w:val="20"/>
          <w:szCs w:val="20"/>
        </w:rPr>
      </w:pPr>
    </w:p>
    <w:tbl>
      <w:tblPr>
        <w:tblW w:w="0" w:type="auto"/>
        <w:jc w:val="center"/>
        <w:tblLook w:val="04A0" w:firstRow="1" w:lastRow="0" w:firstColumn="1" w:lastColumn="0" w:noHBand="0" w:noVBand="1"/>
      </w:tblPr>
      <w:tblGrid>
        <w:gridCol w:w="4816"/>
        <w:gridCol w:w="4816"/>
      </w:tblGrid>
      <w:tr w:rsidR="00A626BA" w:rsidRPr="00A96D6A" w14:paraId="3FDA7858" w14:textId="77777777">
        <w:trPr>
          <w:jc w:val="center"/>
        </w:trPr>
        <w:tc>
          <w:tcPr>
            <w:tcW w:w="4816" w:type="dxa"/>
            <w:vAlign w:val="center"/>
          </w:tcPr>
          <w:p w14:paraId="688EF28F" w14:textId="77777777" w:rsidR="00A626BA" w:rsidRPr="00A96D6A" w:rsidRDefault="00000000">
            <w:pPr>
              <w:rPr>
                <w:rFonts w:cs="Arial"/>
                <w:sz w:val="20"/>
                <w:szCs w:val="20"/>
              </w:rPr>
            </w:pPr>
            <w:r w:rsidRPr="00A96D6A">
              <w:rPr>
                <w:rFonts w:cs="Arial"/>
                <w:sz w:val="20"/>
                <w:szCs w:val="20"/>
              </w:rPr>
              <w:t>_______________________________</w:t>
            </w:r>
          </w:p>
        </w:tc>
        <w:tc>
          <w:tcPr>
            <w:tcW w:w="4816" w:type="dxa"/>
            <w:vAlign w:val="center"/>
          </w:tcPr>
          <w:p w14:paraId="4EFC4B1D" w14:textId="77777777" w:rsidR="00A626BA" w:rsidRPr="00A96D6A" w:rsidRDefault="00000000">
            <w:pPr>
              <w:rPr>
                <w:rFonts w:cs="Arial"/>
                <w:sz w:val="20"/>
                <w:szCs w:val="20"/>
              </w:rPr>
            </w:pPr>
            <w:r w:rsidRPr="00A96D6A">
              <w:rPr>
                <w:rFonts w:cs="Arial"/>
                <w:sz w:val="20"/>
                <w:szCs w:val="20"/>
              </w:rPr>
              <w:t>_______________________________</w:t>
            </w:r>
          </w:p>
        </w:tc>
      </w:tr>
      <w:tr w:rsidR="00A626BA" w:rsidRPr="00A96D6A" w14:paraId="62DD9555" w14:textId="77777777">
        <w:trPr>
          <w:jc w:val="center"/>
        </w:trPr>
        <w:tc>
          <w:tcPr>
            <w:tcW w:w="4816" w:type="dxa"/>
            <w:vAlign w:val="center"/>
          </w:tcPr>
          <w:p w14:paraId="3B479585" w14:textId="77777777" w:rsidR="00A626BA" w:rsidRPr="00A96D6A" w:rsidRDefault="00000000">
            <w:pPr>
              <w:rPr>
                <w:rFonts w:cs="Arial"/>
                <w:sz w:val="20"/>
                <w:szCs w:val="20"/>
              </w:rPr>
            </w:pPr>
            <w:r w:rsidRPr="00A96D6A">
              <w:rPr>
                <w:rFonts w:cs="Arial"/>
                <w:b/>
                <w:sz w:val="20"/>
                <w:szCs w:val="20"/>
              </w:rPr>
              <w:t>EL EMPLEADOR</w:t>
            </w:r>
          </w:p>
        </w:tc>
        <w:tc>
          <w:tcPr>
            <w:tcW w:w="4816" w:type="dxa"/>
            <w:vAlign w:val="center"/>
          </w:tcPr>
          <w:p w14:paraId="443FE915" w14:textId="77777777" w:rsidR="00A626BA" w:rsidRPr="00A96D6A" w:rsidRDefault="00000000">
            <w:pPr>
              <w:rPr>
                <w:rFonts w:cs="Arial"/>
                <w:sz w:val="20"/>
                <w:szCs w:val="20"/>
              </w:rPr>
            </w:pPr>
            <w:r w:rsidRPr="00A96D6A">
              <w:rPr>
                <w:rFonts w:cs="Arial"/>
                <w:b/>
                <w:sz w:val="20"/>
                <w:szCs w:val="20"/>
              </w:rPr>
              <w:t>EL/LA TRABAJADOR(A)</w:t>
            </w:r>
          </w:p>
        </w:tc>
      </w:tr>
      <w:tr w:rsidR="00A626BA" w:rsidRPr="00A96D6A" w14:paraId="01AFE8FD" w14:textId="77777777">
        <w:trPr>
          <w:jc w:val="center"/>
        </w:trPr>
        <w:tc>
          <w:tcPr>
            <w:tcW w:w="4816" w:type="dxa"/>
            <w:vAlign w:val="center"/>
          </w:tcPr>
          <w:p w14:paraId="69B6BB63" w14:textId="77777777" w:rsidR="00A626BA" w:rsidRPr="00A96D6A" w:rsidRDefault="00000000">
            <w:pPr>
              <w:rPr>
                <w:rFonts w:cs="Arial"/>
                <w:sz w:val="20"/>
                <w:szCs w:val="20"/>
              </w:rPr>
            </w:pPr>
            <w:r w:rsidRPr="00A96D6A">
              <w:rPr>
                <w:rFonts w:cs="Arial"/>
                <w:sz w:val="20"/>
                <w:szCs w:val="20"/>
              </w:rPr>
              <w:t>Nombre: [________________________]</w:t>
            </w:r>
          </w:p>
        </w:tc>
        <w:tc>
          <w:tcPr>
            <w:tcW w:w="4816" w:type="dxa"/>
            <w:vAlign w:val="center"/>
          </w:tcPr>
          <w:p w14:paraId="223FB92E" w14:textId="77777777" w:rsidR="00A626BA" w:rsidRPr="00A96D6A" w:rsidRDefault="00000000">
            <w:pPr>
              <w:rPr>
                <w:rFonts w:cs="Arial"/>
                <w:sz w:val="20"/>
                <w:szCs w:val="20"/>
              </w:rPr>
            </w:pPr>
            <w:r w:rsidRPr="00A96D6A">
              <w:rPr>
                <w:rFonts w:cs="Arial"/>
                <w:sz w:val="20"/>
                <w:szCs w:val="20"/>
              </w:rPr>
              <w:t>Nombre: [________________________]</w:t>
            </w:r>
          </w:p>
        </w:tc>
      </w:tr>
      <w:tr w:rsidR="00A626BA" w:rsidRPr="00A96D6A" w14:paraId="5D120FC4" w14:textId="77777777">
        <w:trPr>
          <w:jc w:val="center"/>
        </w:trPr>
        <w:tc>
          <w:tcPr>
            <w:tcW w:w="4816" w:type="dxa"/>
            <w:vAlign w:val="center"/>
          </w:tcPr>
          <w:p w14:paraId="5489EC21" w14:textId="77777777" w:rsidR="00A626BA" w:rsidRPr="00A96D6A" w:rsidRDefault="00000000">
            <w:pPr>
              <w:rPr>
                <w:rFonts w:cs="Arial"/>
                <w:sz w:val="20"/>
                <w:szCs w:val="20"/>
              </w:rPr>
            </w:pPr>
            <w:r w:rsidRPr="00A96D6A">
              <w:rPr>
                <w:rFonts w:cs="Arial"/>
                <w:sz w:val="20"/>
                <w:szCs w:val="20"/>
              </w:rPr>
              <w:t>DNI: [____________________________]</w:t>
            </w:r>
          </w:p>
        </w:tc>
        <w:tc>
          <w:tcPr>
            <w:tcW w:w="4816" w:type="dxa"/>
            <w:vAlign w:val="center"/>
          </w:tcPr>
          <w:p w14:paraId="4A348D00" w14:textId="77777777" w:rsidR="00A626BA" w:rsidRPr="00A96D6A" w:rsidRDefault="00000000">
            <w:pPr>
              <w:rPr>
                <w:rFonts w:cs="Arial"/>
                <w:sz w:val="20"/>
                <w:szCs w:val="20"/>
              </w:rPr>
            </w:pPr>
            <w:r w:rsidRPr="00A96D6A">
              <w:rPr>
                <w:rFonts w:cs="Arial"/>
                <w:sz w:val="20"/>
                <w:szCs w:val="20"/>
              </w:rPr>
              <w:t>DNI: [____________________________]</w:t>
            </w:r>
          </w:p>
        </w:tc>
      </w:tr>
    </w:tbl>
    <w:p w14:paraId="18F3B915" w14:textId="751DBAB5" w:rsidR="00A626BA" w:rsidRPr="00A96D6A" w:rsidRDefault="00A626BA">
      <w:pPr>
        <w:spacing w:before="200"/>
        <w:rPr>
          <w:rFonts w:cs="Arial"/>
          <w:sz w:val="20"/>
          <w:szCs w:val="20"/>
        </w:rPr>
      </w:pPr>
    </w:p>
    <w:sectPr w:rsidR="00A626BA" w:rsidRPr="00A96D6A" w:rsidSect="00034616">
      <w:footerReference w:type="default" r:id="rId8"/>
      <w:pgSz w:w="12240" w:h="15840"/>
      <w:pgMar w:top="1134" w:right="130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EF856" w14:textId="77777777" w:rsidR="00170051" w:rsidRDefault="00170051">
      <w:pPr>
        <w:spacing w:after="0" w:line="240" w:lineRule="auto"/>
      </w:pPr>
      <w:r>
        <w:separator/>
      </w:r>
    </w:p>
  </w:endnote>
  <w:endnote w:type="continuationSeparator" w:id="0">
    <w:p w14:paraId="75A9AE9A" w14:textId="77777777" w:rsidR="00170051" w:rsidRDefault="00170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DD8C5" w14:textId="0DF46D9C" w:rsidR="00A626BA" w:rsidRDefault="00A626BA">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DFC15" w14:textId="77777777" w:rsidR="00170051" w:rsidRDefault="00170051">
      <w:pPr>
        <w:spacing w:after="0" w:line="240" w:lineRule="auto"/>
      </w:pPr>
      <w:r>
        <w:separator/>
      </w:r>
    </w:p>
  </w:footnote>
  <w:footnote w:type="continuationSeparator" w:id="0">
    <w:p w14:paraId="7E98DE37" w14:textId="77777777" w:rsidR="00170051" w:rsidRDefault="00170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612438608">
    <w:abstractNumId w:val="8"/>
  </w:num>
  <w:num w:numId="2" w16cid:durableId="2047753750">
    <w:abstractNumId w:val="6"/>
  </w:num>
  <w:num w:numId="3" w16cid:durableId="1200708327">
    <w:abstractNumId w:val="5"/>
  </w:num>
  <w:num w:numId="4" w16cid:durableId="1477841174">
    <w:abstractNumId w:val="4"/>
  </w:num>
  <w:num w:numId="5" w16cid:durableId="1003708495">
    <w:abstractNumId w:val="7"/>
  </w:num>
  <w:num w:numId="6" w16cid:durableId="1326587362">
    <w:abstractNumId w:val="3"/>
  </w:num>
  <w:num w:numId="7" w16cid:durableId="107625912">
    <w:abstractNumId w:val="2"/>
  </w:num>
  <w:num w:numId="8" w16cid:durableId="1331449450">
    <w:abstractNumId w:val="1"/>
  </w:num>
  <w:num w:numId="9" w16cid:durableId="6367616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55524"/>
    <w:rsid w:val="00170051"/>
    <w:rsid w:val="0029639D"/>
    <w:rsid w:val="00326F90"/>
    <w:rsid w:val="003C6FC6"/>
    <w:rsid w:val="00617F6D"/>
    <w:rsid w:val="00A626BA"/>
    <w:rsid w:val="00A96D6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4159030"/>
  <w14:defaultImageDpi w14:val="300"/>
  <w15:docId w15:val="{363D5500-2F6C-494F-96D1-A87C934BA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Arial" w:hAnsi="Arial"/>
      <w:sz w:val="21"/>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ind w:left="360"/>
      <w:contextualSpacing/>
    </w:pPr>
  </w:style>
  <w:style w:type="paragraph" w:styleId="Continuarlista2">
    <w:name w:val="List Continue 2"/>
    <w:basedOn w:val="Normal"/>
    <w:uiPriority w:val="99"/>
    <w:unhideWhenUsed/>
    <w:rsid w:val="0029639D"/>
    <w:pPr>
      <w:ind w:left="720"/>
      <w:contextualSpacing/>
    </w:pPr>
  </w:style>
  <w:style w:type="paragraph" w:styleId="Continuarlista3">
    <w:name w:val="List Continue 3"/>
    <w:basedOn w:val="Normal"/>
    <w:uiPriority w:val="99"/>
    <w:unhideWhenUsed/>
    <w:rsid w:val="0029639D"/>
    <w:pPr>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707</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Manuel Tineo Reyes</cp:lastModifiedBy>
  <cp:revision>5</cp:revision>
  <dcterms:created xsi:type="dcterms:W3CDTF">2013-12-23T23:15:00Z</dcterms:created>
  <dcterms:modified xsi:type="dcterms:W3CDTF">2026-08-19T15:31:00Z</dcterms:modified>
  <cp:category/>
</cp:coreProperties>
</file>